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הקול של איתן – הזכות להביע דעה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הסיפור על איתן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זכותו של כל ילד וילדה להביע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 לחברים ולחברות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עם שתי אימהות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באיזה משחק לשחק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הוא מתבייש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שואלת אותו בשקט מה הוא חושב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מחבואים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איתן גר עם שתי אימהות, דנה ומיכל.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המורה מחייכת ואומרת שזה רעיון טוב.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אומרת המורה בסוף הסיפור.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בסוף הסיפור, כי הוא מרגיש טוב.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אימהות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(מציע לשחק מחבואים)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(שואלת את איתן בשקט)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(אומרת שלכל ילד יש זכות לדעה)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(אימהות של איתן)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(צועקת רעיונות למשחק)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ומשתפים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שהתלמיד מתאר מצב של הקשבה או ביטוי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פתוחה, למשל: אני כאן איתך, את יכול להגיד מה שאתה חושב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הזכות להביע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ליה, שואלת אותו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עידוד, הקשבה, סבלנות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שיח על מצבים שבהם תלמידים מרגישים ביישנים כמו איתן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העבודה (המסומן) מתאים להרחבה לתלמידים מתקדמים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הקול של איתן – הזכות להביע דעה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הסיפור על איתן, שלומד שיש לו זכות להגיד מה הוא חושב, גם כשהוא מתבייש.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עם מי גר איתן?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שתי אימהות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המורה שאלה את הכיתה?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באיזה משחק לשחק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השיעורים לבית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רוצה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איזה ספר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איתן שותק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מתבייש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לא שמע את השאלה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לא אוהב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לִיָּה עושה כדי לעזור לאיתן?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שואלת אותו בשקט מה הוא חושב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צועקת במקומו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הולכת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מתעלמת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איזה משחק איתן לוחש?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מחבואים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קלפים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איתן גר עם אימא ואבא.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כועסת על הרעיון של איתן.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וילדה יש זכות להגיד את דעתם.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איתן מרגיש גבוה כמו עץ בסוף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איתן גר עם שתי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המורה שואלת באיזה __________ לשחק בהפסקה.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ליה שואלת את איתן בשקט מה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לכל ילד וילדה יש __________ להגיד את הדעה שלהם.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צועקת רעיונות למשחק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אומרת שלכל ילד יש זכות לדעה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שואלת את איתן בשקט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דנה ומיכל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מציע לשחק מחבואים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אימהות של איתן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ומשתפים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או ציירו: מתי הרגשתם שמישהו הקשיב לכם, כמו שליה הקשיבה לאיתן?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הייתם אומרים לאיתן כדי לעודד אותו לדבר?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הזכות שאיתן לומד עליה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עוזרת לאיתן להעז ולדבר?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עושים כשחבר מתבייש לדבר?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הקול של איתן – הזכות להביע דעה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