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הקול של איתן – הזכות להביע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זכותו של כל ילד וילדה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לחברים ולחברות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עם שתי אימהות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באיזה משחק לשחק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מתבייש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שואלת אותו בשקט מה הוא חושב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מחבואים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איתן גר עם שתי אימהות, דנה ומיכל.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מחייכת ואומרת שזה רעיון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אומרת המורה בסוף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הסיפור, כי הוא מרגיש 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אימהות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(מציע לשחק מחבואים)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(שואלת את איתן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(אומרת שלכל ילד יש זכות לדעה)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(אימהות של איתן)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(צועקת רעיונות למשחק)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מצב של הקשבה או ביטוי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פתוחה, למשל: אני כאן איתך, את יכול להגיד מה שאתה חושב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הזכות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ליה, שואלת אותו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עידוד, הקשבה, 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שיח על מצבים שבהם תלמידים מרגישים ביישנים כמו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העבודה (המסומן) מתאים להרחבה לתלמידים מתקדמים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הקול של איתן – הזכות להביע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הסיפור של איתן. איתן ביישן, אבל יש לו זכות להגיד 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דֵּעָה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חושב או רוצה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מִתְבַּיֵּשׁ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 לא נוח לדבר מול 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לוֹחֵשׁ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 בקול שקט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הַפְסָקָה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של משחק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מַקְשִׁיבִים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למה שמישהו אומר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מַחְבּוֹאִים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מתחבאים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איתן גר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שתי אימהות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המורה רצתה לדעת?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באיזה משחק לשחק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השיעורים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רוצה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ספר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איתן לא עונה 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מתבייש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שמע את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אוהב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ליה עוזרת לאיתן?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שואלת אותו בשקט מה הוא חושב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צועקת במקומו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איתן מציע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גר עם אימא ואבא.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כועסת על הרעיון של איתן.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וילדה יש זכות להגיד את דעתם.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מרגיש גבוה כמו עץ בסוף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איתן גר עם שתי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שואלת באיזה __________ לשחק בהפסקה.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ליה שואלת את איתן בשקט מה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ילד וילדה יש __________ להגיד את הדעה שלהם.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צועקת רעיונות למשחק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אומרת שלכל ילד יש זכות לדעה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אימהות של איתן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דנה ומיכל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מציע לשחק מחבואים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שואלת את איתן בשקט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או ציירו: מתי הרגשתם שמישהו הקשיב לכם, כמו שליה הקשיבה לאיתן?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אומרים לאיתן כדי לעודד אותו לדבר?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הזכות שאיתן לומד עליה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עוזרת לאיתן להעז ולדבר?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עושים כשחבר מתבייש לדבר?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הקול של איתן – הזכות להביע דעה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