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הקול של איתן – הזכות להביע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זכותו של כל ילד וילדה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לחברים ולחברות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עם שתי אימהות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באיזה משחק לשחק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מתבייש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איתן גר עם שתי אימהות, דנה ומיכל.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מחייכת ואומרת שזה רעיון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אומרת המורה בסוף 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אימהות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(מציע לשחק מחבואים)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(שואלת את איתן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(אומרת שלכל ילד יש זכות לדעה)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(אימהות של איתן)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מצב של הקשבה או ביטוי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הזכות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ליה, שואלת אותו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עידוד, הקשבה, 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שיח על מצבים שבהם תלמידים מרגישים ביישנים כמו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העבודה (המסומן) מתאים להרחבה לתלמידים מתקדמים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הקול של איתן – הזכות להביע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הסיפור על איתן, שלומד שיש לו זכות להגיד מה הוא חושב, גם כשהוא מתבייש.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משחק  ·  אימהות  ·  חושב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עם מי גר איתן?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עם שתי אימהות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המורה שאלה את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באיזה משחק לשחק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השיעורים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רוצה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איתן שותק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מתבייש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לא שמע את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עייף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איתן גר עם אימא ואבא.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כועסת על הרעיון של איתן.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וילדה יש זכות להגיד את דעתם.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איתן גר עם שתי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המורה שואלת באיזה __________ לשחק בהפסקה.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ליה שואלת את איתן בשקט מה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אימהות של איתן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אומרת שלכל ילד יש זכות לדעה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שואלת את איתן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דנה ומיכל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מציע לשחק מחבואים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או ציירו: מתי הרגשתם שמישהו הקשיב לכם, כמו שליה הקשיבה לאיתן?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הזכות שאיתן לומד עליה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עוזרת לאיתן להעז ולדבר?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הקול של איתן – הזכות להביע דעה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